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ילדים במפעל – ועדת חקירה בפרלמנט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תנאי עבודתם של ילדים במפעלים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חקיקה סוציאלית שינתה את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מצוקת הפועלים לבין צמיחת הסוציאליזם הדמוקרטי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עשירים בעלי המפעלים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פועלים שעבדו בשכר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חוקים, מסים ושירותים ציבוריים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איסור העסקת ילדים צעירים במפעלי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לורד שפטסברי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בסרטון ובמקורות ההיסטוריים על עבודת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חלקם, הסוציאליזם הדמוקרטי, בחרו בדרך של חוקים ולא מהפכה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ההישג הגיע בעקבות מאבקים וחקיקה כמו חוק המפעלים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צוין בסרטון כאחד מהישגי התקופה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4. 1833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תאריך או דמות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(ועדת חקירה פרלמנטרית שומעת עדויות על עבודת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(חוק המפעלים – איסור העסקת ילדים מתחת לגיל 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(חוק עשר השעות – הגבלת יום העבודה לנשים ונערים)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(קראו למהפכת פועלים למען חברה שוויונית)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(נאבק בפרלמנט לחקיקה נגד עבודת 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 עובדים שעות ארוכות במפעלים בתנאים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חקירה פרלמנטרית שומעת עדויות על עבודת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הפרלמנט מחוקק את חוק המפעלים האוסר עבודת ילדים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נחקק חוק עשר השעות לנשים ונערים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מוקמים איגודים מקצועיים וביטחון סוציאלי לעובדים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 את הבעיה (שעות ארוכות, שכר נמוך), את החקיקה (ועדת חקירה, חוק המפעלים, מפקחים), ולהציג את גישת הסוציאליזם הדמוקרטי - שיפור באמצעות חוקים, מסים ושירותים ציבוריים ולא מהפכה.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העסקת ילדים מתחת לגיל 9 במפעלי טקסטיל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איגודים מקצועיים, קיצור שעות עבודה, ביטוח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מהפכה - שינוי מהיר ואלים; שינוי הדרגתי - באמצעות חוקים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בציור שעון היום של ילד ב-1830 מול יום של תלמיד כיום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בהמחזת ועדת החקירה חשוב לחלק תפקידים ברורים ולוודא שלכל קבוצה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לוותר על חלק האתגר ולהתמקד בשאלות הבחירה המרובה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ילדים במפעל – ועדת חקירה בפרלמנט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ילדים עבדו הרבה שעות במפעלים באנגליה. זה היה קשה. אנשים נאבקו בשביל הילדים, והפרלמנט כתב חוקים חדשים כדי להגן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בורגנות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העשירים, בעלי המפעלים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הפועלים שעבדו בשכר נמוך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ילדים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העסקת ילדים צעירים בתנאים קשים ובשעות ארוכות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חוקי המפעלים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שהגבילו את גיל העובדים ואת שעות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חקירה פרלמנטרית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ועדה ששומעת עדויות ובודקת נושא לפני חקיקה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סוציאליזם דמוקרטי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החברה באמצעות חוקים ומסים, לא מהפכה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איגוד מקצועי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עובדים הנאבק יחד על שכר ותנאים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סוציאלי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הגנה של המדינה: בריאות, פנסיה, אבטלה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 האנשים העשירים שהחזיקו מפעלים?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עשירים בעלי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העובדים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החקלאים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המפקחים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היו הפועלים העניים?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פועלים שעבדו בשכר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 הפרלמנט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 המפעל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רצו הסוציאליסטים הדמוקרטים לשפר את המצב?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 אלימה ומיידית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חוקים, מסים ושירותים ציבוריים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כל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אסר החוק משנת 1833?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חובת עבודה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העסקת ילדים צעירים במפעלי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מסים על 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סגירת כל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נלחם בפרלמנט למען 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לורד שפטסברי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קרל מרקס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פרידריך אנגלס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 מפעל אלמוני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במאה ה-19 היו ילדים שעבדו במפעלים יותר מעשר שעות ביום.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הסוציאליסטים רצו דווקא מהפכה אלימה.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איסור עבודת ילדים הושג ללא שום מאבק או חקיקה.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הפועלים התארגנו באיגודים מקצועיים כדי להיאבק על תנאי 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בעלי המפעלים נקראו מעמד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הפועלים שעבדו שעות ארוכות בשכר נמוך נקראו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קרל __________ ופרידריך אנגלס קראו למהפכת הפועלים.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__________ נחקק חוק המפעלים שאסר העסקת ילדים צעירים.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תאריך או דמות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1. 1832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חוק המפעלים – איסור העסקת ילדים מתחת לגיל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2. 1833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ועדת חקירה פרלמנטרית שומעת עדויות על עבודת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3. 1847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קראו למהפכת פועלים למען חברה שוויונית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מרקס ואנגלס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נאבק בפרלמנט לחקיקה נגד עבודת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לורד שפטסברי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חוק עשר השעות – הגבלת יום העבודה לנשים ונערים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נחקק חוק עשר השעות לנשים ונערים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עובדים שעות ארוכות במפעלים בתנאים 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חקירה פרלמנטרית שומעת עדויות על עבודת 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מוקמים איגודים מקצועיים וביטחון סוציאלי לעובדים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הפרלמנט מחוקק את חוק המפעלים האוסר עבודת ילדים צעירים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התמודדה החברה הבריטית במאה ה-19 עם בעיית עבודת הילדים, והציגו גישה אחת של הסוציאליזם לפתרון מצוקת הפועלים.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חוק המפעלים משנת 1833?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הישגים של מאבקי הפועלים.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מהפכה לבין שינוי הדרגתי?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ילדים במפעל – ועדת חקירה בפרלמנט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