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ילדים במפעל – ועדת חקירה בפרלמנט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תנאי עבודתם של ילדים במפעלים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חקיקה סוציאלית שינתה את המצב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מצוקת הפועלים לבין צמיחת הסוציאליזם הדמוקרטי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עשירים בעלי המפעלים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פועלים שעבדו בשכר נמוך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בסרטון ובמקורות ההיסטוריים על עבודת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חלקם, הסוציאליזם הדמוקרטי, בחרו בדרך של חוקים ולא מהפכה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פרולטריון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תאריך או דמות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(ועדת חקירה פרלמנטרית שומעת עדויות על עבודת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(חוק המפעלים – איסור העסקת ילדים מתחת לגיל 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(חוק עשר השעות – הגבלת יום העבודה לנשים ונערים)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(קראו למהפכת פועלים למען חברה שוויונית)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 עובדים שעות ארוכות במפעלים בתנאים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חקירה פרלמנטרית שומעת עדויות על עבודת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הפרלמנט מחוקק את חוק המפעלים האוסר עבודת ילדים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נחקק חוק עשר השעות לנשים ונערים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איסור העסקת ילדים מתחת לגיל 9 במפעלי טקסטיל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איגודים מקצועיים, קיצור שעות עבודה, ביטוח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מהפכה - שינוי מהיר ואלים; שינוי הדרגתי - באמצעות חוקים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בציור שעון היום של ילד ב-1830 מול יום של תלמיד כיום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בהמחזת ועדת החקירה חשוב לחלק תפקידים ברורים ולוודא שלכל קבוצה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לוותר על חלק האתגר ולהתמקד בשאלות הבחירה המרובה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ילדים במפעל – ועדת חקירה בפרלמנט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במאה ה-19 עבדו ילדים רבים במפעלים באנגליה בתנאים קשים ובשעות ארוכות. מאבקים וחקיקה הביאו בהדרגה לשיפור תנאי העבודה ולהגנה על ילדים.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בורגנות  ·  פרולטריון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היו הבורגנות?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עשירים בעלי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הילדים העובדים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החקלאים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היו הפרולטריון?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בעלי המפעלים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פועלים שעבדו בשכר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חברי הפרלמנט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במאה ה-19 היו ילדים שעבדו במפעלים יותר מעשר שעות ביום.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הסוציאליסטים רצו דווקא מהפכה אלימה.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בעלי המפעלים נקראו מעמד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הפועלים שעבדו שעות ארוכות בשכר נמוך נקראו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תאריך או דמות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1. 1832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קראו למהפכת פועלים למען חברה שוויונית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2. 1833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חוק עשר השעות – הגבלת יום העבודה לנשים ונערים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3. 1847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חוק המפעלים – איסור העסקת ילדים מתחת לגיל 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מרקס ואנגלס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ועדת חקירה פרלמנטרית שומעת עדויות על עבודת ילדים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הפרלמנט מחוקק את חוק המפעלים האוסר עבודת ילדים צעירים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נחקק חוק עשר השעות לנשים ונערים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ועדת חקירה פרלמנטרית שומעת עדויות על עבודת ילדים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ילדים עובדים שעות ארוכות במפעלים בתנאים קשים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חוק המפעלים משנת 1833?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הישגים של מאבקי הפועלים.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ילדים במפעל – ועדת חקירה בפרלמנט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